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66B68" w14:textId="4D001897" w:rsidR="00E31108" w:rsidRPr="0045515E" w:rsidRDefault="000E07E0">
      <w:pPr>
        <w:jc w:val="center"/>
        <w:rPr>
          <w:rFonts w:ascii="Verdana" w:hAnsi="Verdana"/>
          <w:b/>
          <w:sz w:val="32"/>
        </w:rPr>
      </w:pPr>
      <w:r w:rsidRPr="0045515E">
        <w:rPr>
          <w:rFonts w:ascii="Verdana" w:hAnsi="Verdana"/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17BC3CBD" wp14:editId="1675A5F1">
            <wp:simplePos x="0" y="0"/>
            <wp:positionH relativeFrom="page">
              <wp:align>right</wp:align>
            </wp:positionH>
            <wp:positionV relativeFrom="paragraph">
              <wp:posOffset>-456624</wp:posOffset>
            </wp:positionV>
            <wp:extent cx="7793355" cy="3020695"/>
            <wp:effectExtent l="0" t="0" r="0" b="825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nner_natour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94777" cy="3021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B83B9" w14:textId="77777777" w:rsidR="00505135" w:rsidRDefault="00505135">
      <w:pPr>
        <w:jc w:val="center"/>
        <w:rPr>
          <w:rFonts w:ascii="Verdana" w:hAnsi="Verdana"/>
          <w:b/>
          <w:sz w:val="40"/>
        </w:rPr>
      </w:pPr>
    </w:p>
    <w:p w14:paraId="37FC8D18" w14:textId="77777777" w:rsidR="00505135" w:rsidRDefault="00505135" w:rsidP="00CE36A8">
      <w:pPr>
        <w:rPr>
          <w:rFonts w:ascii="Verdana" w:hAnsi="Verdana"/>
          <w:b/>
          <w:sz w:val="40"/>
        </w:rPr>
      </w:pPr>
      <w:bookmarkStart w:id="0" w:name="_GoBack"/>
      <w:bookmarkEnd w:id="0"/>
    </w:p>
    <w:p w14:paraId="7C7CC95A" w14:textId="77777777" w:rsidR="00505135" w:rsidRDefault="00505135">
      <w:pPr>
        <w:jc w:val="center"/>
        <w:rPr>
          <w:rFonts w:ascii="Verdana" w:hAnsi="Verdana"/>
          <w:b/>
          <w:sz w:val="40"/>
        </w:rPr>
      </w:pPr>
    </w:p>
    <w:p w14:paraId="370B2C83" w14:textId="77777777" w:rsidR="00505135" w:rsidRDefault="00505135">
      <w:pPr>
        <w:jc w:val="center"/>
        <w:rPr>
          <w:rFonts w:ascii="Verdana" w:hAnsi="Verdana"/>
          <w:b/>
          <w:sz w:val="40"/>
        </w:rPr>
      </w:pPr>
    </w:p>
    <w:p w14:paraId="0A555BDD" w14:textId="77777777" w:rsidR="00121798" w:rsidRDefault="00121798" w:rsidP="00EF54CB">
      <w:pPr>
        <w:pStyle w:val="31"/>
        <w:spacing w:before="80"/>
        <w:ind w:left="835"/>
        <w:jc w:val="center"/>
        <w:rPr>
          <w:rFonts w:ascii="Verdana" w:eastAsiaTheme="minorEastAsia" w:hAnsi="Verdana" w:cstheme="minorBidi"/>
          <w:bCs w:val="0"/>
          <w:color w:val="3B54A5"/>
          <w:sz w:val="24"/>
          <w:szCs w:val="24"/>
          <w:lang w:val="el-GR"/>
        </w:rPr>
      </w:pPr>
    </w:p>
    <w:p w14:paraId="7E94D42E" w14:textId="4B210A14" w:rsidR="00121798" w:rsidRPr="00121798" w:rsidRDefault="00121798" w:rsidP="00121798">
      <w:pPr>
        <w:jc w:val="center"/>
        <w:rPr>
          <w:rFonts w:ascii="Verdana" w:hAnsi="Verdana"/>
          <w:bCs/>
          <w:sz w:val="28"/>
          <w:szCs w:val="28"/>
          <w:lang w:val="el-GR"/>
        </w:rPr>
      </w:pPr>
      <w:r w:rsidRPr="00121798">
        <w:rPr>
          <w:rFonts w:ascii="Verdana" w:eastAsiaTheme="majorEastAsia" w:hAnsi="Verdana" w:cstheme="majorBidi"/>
          <w:b/>
          <w:bCs/>
          <w:color w:val="3B54A5"/>
          <w:spacing w:val="-7"/>
          <w:sz w:val="28"/>
          <w:szCs w:val="28"/>
          <w:lang w:val="el-GR"/>
        </w:rPr>
        <w:t>Κλιματική Δράση και Βιώσιμος Τουρισμός στον Πιλοτικό Προορισμό</w:t>
      </w:r>
    </w:p>
    <w:p w14:paraId="2BB77EA3" w14:textId="77777777" w:rsidR="00121798" w:rsidRDefault="00121798" w:rsidP="00121798">
      <w:pPr>
        <w:spacing w:before="120"/>
        <w:jc w:val="center"/>
        <w:rPr>
          <w:rFonts w:ascii="Verdana" w:eastAsiaTheme="majorEastAsia" w:hAnsi="Verdana" w:cstheme="majorBidi"/>
          <w:b/>
          <w:bCs/>
          <w:color w:val="3B54A5"/>
          <w:spacing w:val="-7"/>
          <w:sz w:val="24"/>
          <w:szCs w:val="24"/>
        </w:rPr>
      </w:pPr>
      <w:r w:rsidRPr="00121798">
        <w:rPr>
          <w:rFonts w:ascii="Verdana" w:eastAsiaTheme="majorEastAsia" w:hAnsi="Verdana" w:cstheme="majorBidi"/>
          <w:b/>
          <w:bCs/>
          <w:color w:val="3B54A5"/>
          <w:spacing w:val="-7"/>
          <w:sz w:val="24"/>
          <w:szCs w:val="24"/>
        </w:rPr>
        <w:t>ΠΡΟΓΡΑΜΜΑ</w:t>
      </w:r>
    </w:p>
    <w:p w14:paraId="3B791380" w14:textId="7919DBE1" w:rsidR="00EF54CB" w:rsidRPr="00121798" w:rsidRDefault="00EF54CB" w:rsidP="00C74916">
      <w:pPr>
        <w:spacing w:before="120"/>
        <w:rPr>
          <w:rFonts w:ascii="Verdana" w:hAnsi="Verdana"/>
          <w:b/>
          <w:color w:val="3B54A5"/>
          <w:sz w:val="20"/>
          <w:szCs w:val="20"/>
        </w:rPr>
      </w:pP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16.</w:t>
      </w:r>
      <w:r w:rsidR="00C74916" w:rsidRPr="00121798">
        <w:rPr>
          <w:rFonts w:ascii="Verdana" w:hAnsi="Verdana"/>
          <w:b/>
          <w:color w:val="3B54A5"/>
          <w:w w:val="85"/>
          <w:sz w:val="20"/>
          <w:szCs w:val="20"/>
        </w:rPr>
        <w:t>0</w:t>
      </w: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0</w:t>
      </w:r>
      <w:r w:rsidRPr="00121798">
        <w:rPr>
          <w:rFonts w:ascii="Verdana" w:hAnsi="Verdana"/>
          <w:b/>
          <w:color w:val="3B54A5"/>
          <w:spacing w:val="-2"/>
          <w:w w:val="85"/>
          <w:sz w:val="20"/>
          <w:szCs w:val="20"/>
        </w:rPr>
        <w:t xml:space="preserve"> </w:t>
      </w: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-</w:t>
      </w:r>
      <w:r w:rsidRPr="00121798">
        <w:rPr>
          <w:rFonts w:ascii="Verdana" w:hAnsi="Verdana"/>
          <w:b/>
          <w:color w:val="3B54A5"/>
          <w:spacing w:val="-2"/>
          <w:w w:val="85"/>
          <w:sz w:val="20"/>
          <w:szCs w:val="20"/>
        </w:rPr>
        <w:t xml:space="preserve"> </w:t>
      </w: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1</w:t>
      </w:r>
      <w:r w:rsidR="00C74916" w:rsidRPr="00121798">
        <w:rPr>
          <w:rFonts w:ascii="Verdana" w:hAnsi="Verdana"/>
          <w:b/>
          <w:color w:val="3B54A5"/>
          <w:w w:val="85"/>
          <w:sz w:val="20"/>
          <w:szCs w:val="20"/>
        </w:rPr>
        <w:t>6</w:t>
      </w: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.</w:t>
      </w:r>
      <w:r w:rsidR="00C74916" w:rsidRPr="00121798">
        <w:rPr>
          <w:rFonts w:ascii="Verdana" w:hAnsi="Verdana"/>
          <w:b/>
          <w:color w:val="3B54A5"/>
          <w:w w:val="85"/>
          <w:sz w:val="20"/>
          <w:szCs w:val="20"/>
        </w:rPr>
        <w:t>30</w:t>
      </w:r>
      <w:r w:rsidRPr="00121798">
        <w:rPr>
          <w:rFonts w:ascii="Verdana" w:hAnsi="Verdana"/>
          <w:b/>
          <w:color w:val="3B54A5"/>
          <w:spacing w:val="-2"/>
          <w:w w:val="85"/>
          <w:sz w:val="20"/>
          <w:szCs w:val="20"/>
        </w:rPr>
        <w:t xml:space="preserve"> </w:t>
      </w:r>
      <w:r w:rsidRPr="00121798">
        <w:rPr>
          <w:rFonts w:ascii="Verdana" w:hAnsi="Verdana"/>
          <w:b/>
          <w:color w:val="3B54A5"/>
          <w:w w:val="85"/>
          <w:sz w:val="20"/>
          <w:szCs w:val="20"/>
        </w:rPr>
        <w:t>|</w:t>
      </w:r>
      <w:r w:rsidRPr="00121798">
        <w:rPr>
          <w:rFonts w:ascii="Verdana" w:hAnsi="Verdana"/>
          <w:b/>
          <w:color w:val="3B54A5"/>
          <w:spacing w:val="-2"/>
          <w:w w:val="85"/>
          <w:sz w:val="20"/>
          <w:szCs w:val="20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Προσέλευση συμμετεχόντων</w:t>
      </w:r>
      <w:r w:rsidR="00CE36A8" w:rsidRPr="00121798">
        <w:rPr>
          <w:rFonts w:ascii="Verdana" w:hAnsi="Verdana"/>
          <w:b/>
          <w:color w:val="3B54A5"/>
          <w:spacing w:val="-2"/>
          <w:w w:val="85"/>
          <w:sz w:val="20"/>
          <w:szCs w:val="20"/>
        </w:rPr>
        <w:t xml:space="preserve"> | Welcome Coffee</w:t>
      </w:r>
    </w:p>
    <w:p w14:paraId="2EEDE1A1" w14:textId="77777777" w:rsidR="00EF54CB" w:rsidRPr="00121798" w:rsidRDefault="00EF54CB" w:rsidP="00EF54CB">
      <w:pPr>
        <w:pStyle w:val="ab"/>
        <w:rPr>
          <w:rFonts w:ascii="Verdana" w:hAnsi="Verdana"/>
          <w:b/>
          <w:color w:val="3B54A5"/>
          <w:sz w:val="20"/>
          <w:szCs w:val="20"/>
        </w:rPr>
      </w:pPr>
    </w:p>
    <w:p w14:paraId="76F5A5F1" w14:textId="56B66168" w:rsidR="00EF54CB" w:rsidRPr="00121798" w:rsidRDefault="00EF54CB" w:rsidP="00C74916">
      <w:pPr>
        <w:rPr>
          <w:rFonts w:ascii="Verdana" w:hAnsi="Verdana"/>
          <w:b/>
          <w:color w:val="3B54A5"/>
          <w:sz w:val="20"/>
          <w:szCs w:val="20"/>
        </w:rPr>
      </w:pP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1</w:t>
      </w:r>
      <w:r w:rsidR="00C74916" w:rsidRPr="00332C58">
        <w:rPr>
          <w:rFonts w:ascii="Verdana" w:hAnsi="Verdana"/>
          <w:b/>
          <w:color w:val="D694AB"/>
          <w:w w:val="85"/>
          <w:sz w:val="20"/>
          <w:szCs w:val="20"/>
        </w:rPr>
        <w:t>6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.</w:t>
      </w:r>
      <w:r w:rsidR="00C74916" w:rsidRPr="00332C58">
        <w:rPr>
          <w:rFonts w:ascii="Verdana" w:hAnsi="Verdana"/>
          <w:b/>
          <w:color w:val="D694AB"/>
          <w:w w:val="85"/>
          <w:sz w:val="20"/>
          <w:szCs w:val="20"/>
        </w:rPr>
        <w:t>30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-17</w:t>
      </w:r>
      <w:r w:rsidR="00C74916" w:rsidRPr="00332C58">
        <w:rPr>
          <w:rFonts w:ascii="Verdana" w:hAnsi="Verdana"/>
          <w:b/>
          <w:color w:val="D694AB"/>
          <w:w w:val="85"/>
          <w:sz w:val="20"/>
          <w:szCs w:val="20"/>
        </w:rPr>
        <w:t>.0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0</w:t>
      </w:r>
      <w:r w:rsidRPr="00332C58">
        <w:rPr>
          <w:rFonts w:ascii="Verdana" w:hAnsi="Verdana"/>
          <w:b/>
          <w:color w:val="D694AB"/>
          <w:spacing w:val="-1"/>
          <w:w w:val="85"/>
          <w:sz w:val="20"/>
          <w:szCs w:val="20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|</w:t>
      </w:r>
      <w:r w:rsidRPr="00332C58">
        <w:rPr>
          <w:rFonts w:ascii="Verdana" w:hAnsi="Verdana"/>
          <w:b/>
          <w:color w:val="D694AB"/>
          <w:spacing w:val="40"/>
          <w:sz w:val="20"/>
          <w:szCs w:val="20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Έναρξη</w:t>
      </w:r>
      <w:r w:rsidRPr="00121798">
        <w:rPr>
          <w:rFonts w:ascii="Verdana" w:hAnsi="Verdana"/>
          <w:b/>
          <w:color w:val="3B54A5"/>
          <w:spacing w:val="-9"/>
          <w:sz w:val="20"/>
          <w:szCs w:val="20"/>
        </w:rPr>
        <w:t xml:space="preserve"> </w:t>
      </w:r>
    </w:p>
    <w:p w14:paraId="48EC0131" w14:textId="1EEC833C" w:rsidR="00EF54CB" w:rsidRPr="00121798" w:rsidRDefault="00121798" w:rsidP="00121798">
      <w:pPr>
        <w:rPr>
          <w:rFonts w:ascii="Verdana" w:hAnsi="Verdana"/>
          <w:b/>
          <w:bCs/>
          <w:color w:val="3B54A5"/>
          <w:sz w:val="20"/>
          <w:szCs w:val="20"/>
        </w:rPr>
      </w:pPr>
      <w:r w:rsidRPr="00121798">
        <w:rPr>
          <w:rFonts w:ascii="Verdana" w:hAnsi="Verdana"/>
          <w:b/>
          <w:bCs/>
          <w:color w:val="3B54A5"/>
          <w:sz w:val="20"/>
          <w:szCs w:val="20"/>
        </w:rPr>
        <w:t>Χαιρετισμοί</w:t>
      </w:r>
    </w:p>
    <w:p w14:paraId="10E9F671" w14:textId="16F6275A" w:rsidR="0045515E" w:rsidRPr="00121798" w:rsidRDefault="00121798" w:rsidP="00121798">
      <w:pPr>
        <w:pStyle w:val="aa"/>
        <w:numPr>
          <w:ilvl w:val="0"/>
          <w:numId w:val="11"/>
        </w:numPr>
        <w:rPr>
          <w:rFonts w:ascii="Verdana" w:hAnsi="Verdana"/>
          <w:color w:val="3B54A5"/>
          <w:sz w:val="20"/>
          <w:szCs w:val="20"/>
          <w:lang w:val="el-GR"/>
        </w:rPr>
      </w:pPr>
      <w:r w:rsidRPr="00121798">
        <w:rPr>
          <w:rStyle w:val="af1"/>
          <w:rFonts w:ascii="Verdana" w:hAnsi="Verdana"/>
          <w:color w:val="3B54A5"/>
          <w:sz w:val="20"/>
          <w:szCs w:val="20"/>
          <w:lang w:val="el-GR"/>
        </w:rPr>
        <w:t>Ιωάννης Ανδρουλάκης</w:t>
      </w:r>
      <w:r w:rsidR="0045515E" w:rsidRPr="00121798">
        <w:rPr>
          <w:rFonts w:ascii="Verdana" w:hAnsi="Verdana"/>
          <w:color w:val="3B54A5"/>
          <w:sz w:val="20"/>
          <w:szCs w:val="20"/>
          <w:lang w:val="el-GR"/>
        </w:rPr>
        <w:br/>
      </w:r>
      <w:r w:rsidRPr="00121798">
        <w:rPr>
          <w:rFonts w:ascii="Verdana" w:hAnsi="Verdana"/>
          <w:color w:val="3B54A5"/>
          <w:sz w:val="20"/>
          <w:szCs w:val="20"/>
          <w:lang w:val="el-GR"/>
        </w:rPr>
        <w:t>Αντιπεριφερειάρχης Λασιθίου, Περιφέρεια Κρήτης</w:t>
      </w:r>
    </w:p>
    <w:p w14:paraId="67CA40AA" w14:textId="77777777" w:rsidR="00121798" w:rsidRPr="00121798" w:rsidRDefault="00121798" w:rsidP="00121798">
      <w:pPr>
        <w:pStyle w:val="aa"/>
        <w:numPr>
          <w:ilvl w:val="0"/>
          <w:numId w:val="11"/>
        </w:numPr>
        <w:rPr>
          <w:rFonts w:ascii="Verdana" w:hAnsi="Verdana"/>
          <w:color w:val="3B54A5"/>
          <w:sz w:val="20"/>
          <w:szCs w:val="20"/>
        </w:rPr>
      </w:pPr>
      <w:r w:rsidRPr="00121798">
        <w:rPr>
          <w:rStyle w:val="af1"/>
          <w:rFonts w:ascii="Verdana" w:hAnsi="Verdana"/>
          <w:color w:val="3B54A5"/>
          <w:sz w:val="20"/>
          <w:szCs w:val="20"/>
        </w:rPr>
        <w:t>Γεώργιος Ζερβ</w:t>
      </w:r>
      <w:proofErr w:type="spellStart"/>
      <w:r w:rsidRPr="00121798">
        <w:rPr>
          <w:rStyle w:val="af1"/>
          <w:rFonts w:ascii="Verdana" w:hAnsi="Verdana"/>
          <w:color w:val="3B54A5"/>
          <w:sz w:val="20"/>
          <w:szCs w:val="20"/>
        </w:rPr>
        <w:t>άκης</w:t>
      </w:r>
      <w:proofErr w:type="spellEnd"/>
      <w:r w:rsidR="0045515E" w:rsidRPr="00121798">
        <w:rPr>
          <w:rFonts w:ascii="Verdana" w:hAnsi="Verdana"/>
          <w:color w:val="3B54A5"/>
          <w:sz w:val="20"/>
          <w:szCs w:val="20"/>
        </w:rPr>
        <w:br/>
      </w:r>
      <w:r w:rsidRPr="00121798">
        <w:rPr>
          <w:rFonts w:ascii="Verdana" w:hAnsi="Verdana"/>
          <w:color w:val="3B54A5"/>
          <w:sz w:val="20"/>
          <w:szCs w:val="20"/>
        </w:rPr>
        <w:t>Δήμαρχος Σητείας</w:t>
      </w:r>
    </w:p>
    <w:p w14:paraId="3E7A1F27" w14:textId="77777777" w:rsidR="00121798" w:rsidRPr="00121798" w:rsidRDefault="00121798" w:rsidP="00121798">
      <w:pPr>
        <w:pStyle w:val="aa"/>
        <w:numPr>
          <w:ilvl w:val="0"/>
          <w:numId w:val="11"/>
        </w:numPr>
        <w:rPr>
          <w:rFonts w:ascii="Verdana" w:hAnsi="Verdana"/>
          <w:color w:val="3B54A5"/>
          <w:sz w:val="20"/>
          <w:szCs w:val="20"/>
          <w:lang w:val="el-GR"/>
        </w:rPr>
      </w:pPr>
      <w:r w:rsidRPr="00121798">
        <w:rPr>
          <w:rStyle w:val="af1"/>
          <w:rFonts w:ascii="Verdana" w:hAnsi="Verdana"/>
          <w:color w:val="3B54A5"/>
          <w:sz w:val="20"/>
          <w:szCs w:val="20"/>
          <w:lang w:val="el-GR"/>
        </w:rPr>
        <w:t>Γεώργιος Αλεξάκης</w:t>
      </w:r>
      <w:r w:rsidR="0045515E" w:rsidRPr="00121798">
        <w:rPr>
          <w:rFonts w:ascii="Verdana" w:hAnsi="Verdana"/>
          <w:color w:val="3B54A5"/>
          <w:sz w:val="20"/>
          <w:szCs w:val="20"/>
          <w:lang w:val="el-GR"/>
        </w:rPr>
        <w:br/>
      </w:r>
      <w:r w:rsidRPr="00121798">
        <w:rPr>
          <w:rFonts w:ascii="Verdana" w:hAnsi="Verdana"/>
          <w:color w:val="3B54A5"/>
          <w:sz w:val="20"/>
          <w:szCs w:val="20"/>
          <w:lang w:val="el-GR"/>
        </w:rPr>
        <w:t>Περιφερειακός Σύμβουλος Κρήτης, Εντεταλμένος για Ευρωπαϊκές και Διεθνείς Σχέσεις</w:t>
      </w:r>
      <w:r w:rsidRPr="00121798">
        <w:rPr>
          <w:rFonts w:ascii="Verdana" w:hAnsi="Verdana"/>
          <w:color w:val="3B54A5"/>
          <w:sz w:val="20"/>
          <w:szCs w:val="20"/>
          <w:lang w:val="el-GR"/>
        </w:rPr>
        <w:t xml:space="preserve"> </w:t>
      </w:r>
    </w:p>
    <w:p w14:paraId="67410CB6" w14:textId="22D77397" w:rsidR="0045515E" w:rsidRPr="00121798" w:rsidRDefault="00121798" w:rsidP="00121798">
      <w:pPr>
        <w:rPr>
          <w:rFonts w:ascii="Verdana" w:hAnsi="Verdana"/>
          <w:b/>
          <w:bCs/>
          <w:color w:val="3B54A5"/>
          <w:sz w:val="20"/>
          <w:szCs w:val="20"/>
        </w:rPr>
      </w:pPr>
      <w:r w:rsidRPr="00121798">
        <w:rPr>
          <w:rFonts w:ascii="Verdana" w:hAnsi="Verdana"/>
          <w:b/>
          <w:bCs/>
          <w:color w:val="3B54A5"/>
          <w:sz w:val="20"/>
          <w:szCs w:val="20"/>
          <w:lang w:val="el-GR"/>
        </w:rPr>
        <w:t>Σύντομη</w:t>
      </w:r>
      <w:r w:rsidRPr="00121798">
        <w:rPr>
          <w:rFonts w:ascii="Verdana" w:hAnsi="Verdana"/>
          <w:b/>
          <w:bCs/>
          <w:color w:val="3B54A5"/>
          <w:sz w:val="20"/>
          <w:szCs w:val="20"/>
        </w:rPr>
        <w:t xml:space="preserve"> </w:t>
      </w:r>
      <w:r w:rsidRPr="00121798">
        <w:rPr>
          <w:rFonts w:ascii="Verdana" w:hAnsi="Verdana"/>
          <w:b/>
          <w:bCs/>
          <w:color w:val="3B54A5"/>
          <w:sz w:val="20"/>
          <w:szCs w:val="20"/>
          <w:lang w:val="el-GR"/>
        </w:rPr>
        <w:t>παρουσίαση</w:t>
      </w:r>
      <w:r w:rsidRPr="00121798">
        <w:rPr>
          <w:rFonts w:ascii="Verdana" w:hAnsi="Verdana"/>
          <w:b/>
          <w:bCs/>
          <w:color w:val="3B54A5"/>
          <w:sz w:val="20"/>
          <w:szCs w:val="20"/>
        </w:rPr>
        <w:t xml:space="preserve"> </w:t>
      </w:r>
      <w:r w:rsidRPr="00121798">
        <w:rPr>
          <w:rFonts w:ascii="Verdana" w:hAnsi="Verdana"/>
          <w:b/>
          <w:bCs/>
          <w:color w:val="3B54A5"/>
          <w:sz w:val="20"/>
          <w:szCs w:val="20"/>
          <w:lang w:val="el-GR"/>
        </w:rPr>
        <w:t>του</w:t>
      </w:r>
      <w:r w:rsidRPr="00121798">
        <w:rPr>
          <w:rFonts w:ascii="Verdana" w:hAnsi="Verdana"/>
          <w:b/>
          <w:bCs/>
          <w:color w:val="3B54A5"/>
          <w:sz w:val="20"/>
          <w:szCs w:val="20"/>
        </w:rPr>
        <w:t xml:space="preserve"> </w:t>
      </w:r>
      <w:r w:rsidRPr="00121798">
        <w:rPr>
          <w:rFonts w:ascii="Verdana" w:hAnsi="Verdana"/>
          <w:b/>
          <w:bCs/>
          <w:color w:val="3B54A5"/>
          <w:sz w:val="20"/>
          <w:szCs w:val="20"/>
          <w:lang w:val="el-GR"/>
        </w:rPr>
        <w:t>έργου</w:t>
      </w:r>
      <w:r w:rsidRPr="00121798">
        <w:rPr>
          <w:rFonts w:ascii="Verdana" w:hAnsi="Verdana"/>
          <w:b/>
          <w:bCs/>
          <w:color w:val="3B54A5"/>
          <w:sz w:val="20"/>
          <w:szCs w:val="20"/>
        </w:rPr>
        <w:t xml:space="preserve"> NaTour4CChange</w:t>
      </w:r>
    </w:p>
    <w:p w14:paraId="526FC4B1" w14:textId="358973F8" w:rsidR="00121798" w:rsidRPr="00121798" w:rsidRDefault="00C74916" w:rsidP="00121798">
      <w:pPr>
        <w:spacing w:before="120"/>
        <w:rPr>
          <w:rFonts w:ascii="Verdana" w:hAnsi="Verdana"/>
          <w:b/>
          <w:color w:val="3B54A5"/>
          <w:w w:val="85"/>
          <w:sz w:val="20"/>
          <w:szCs w:val="20"/>
          <w:lang w:val="el-GR"/>
        </w:rPr>
      </w:pP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17.00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-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17.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3</w:t>
      </w:r>
      <w:r w:rsidR="00505135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|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  <w:lang w:val="el-GR"/>
        </w:rPr>
        <w:t>Κλιματικοί κίνδυνοι και προκλήσεις για τον τουρισμό στον πιλοτικό προορισμό</w:t>
      </w:r>
    </w:p>
    <w:p w14:paraId="20123F05" w14:textId="2F10E0B6" w:rsidR="00C74916" w:rsidRPr="00121798" w:rsidRDefault="00121798" w:rsidP="00121798">
      <w:pPr>
        <w:spacing w:before="120"/>
        <w:rPr>
          <w:rFonts w:ascii="Verdana" w:hAnsi="Verdana"/>
          <w:bCs/>
          <w:color w:val="3B54A5"/>
          <w:w w:val="85"/>
          <w:sz w:val="20"/>
          <w:szCs w:val="20"/>
          <w:lang w:val="el-GR"/>
        </w:rPr>
      </w:pPr>
      <w:r w:rsidRPr="00121798">
        <w:rPr>
          <w:rFonts w:ascii="Verdana" w:hAnsi="Verdana"/>
          <w:bCs/>
          <w:color w:val="3B54A5"/>
          <w:w w:val="85"/>
          <w:sz w:val="20"/>
          <w:szCs w:val="20"/>
          <w:lang w:val="el-GR"/>
        </w:rPr>
        <w:t>Βασικά ευρήματα και προτεραιότητες</w:t>
      </w:r>
    </w:p>
    <w:p w14:paraId="4DCCF352" w14:textId="77777777" w:rsidR="00121798" w:rsidRPr="00121798" w:rsidRDefault="00505135" w:rsidP="00121798">
      <w:pPr>
        <w:spacing w:before="120"/>
        <w:rPr>
          <w:rFonts w:ascii="Verdana" w:hAnsi="Verdana"/>
          <w:b/>
          <w:color w:val="3B54A5"/>
          <w:w w:val="85"/>
          <w:sz w:val="20"/>
          <w:szCs w:val="20"/>
          <w:lang w:val="el-GR"/>
        </w:rPr>
      </w:pP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17.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3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-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17.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5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5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|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Nature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  <w:lang w:val="el-GR"/>
        </w:rPr>
        <w:t>-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based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  <w:lang w:val="el-GR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Solutions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  <w:lang w:val="el-GR"/>
        </w:rPr>
        <w:t xml:space="preserve"> για την κλιματική ανθεκτικότητα στη Ζάκρο Ανατολικής Κρήτης</w:t>
      </w:r>
    </w:p>
    <w:p w14:paraId="1E192A07" w14:textId="41ABD74C" w:rsidR="00505135" w:rsidRPr="00121798" w:rsidRDefault="00121798" w:rsidP="00121798">
      <w:pPr>
        <w:spacing w:before="120"/>
        <w:rPr>
          <w:rFonts w:ascii="Verdana" w:hAnsi="Verdana"/>
          <w:bCs/>
          <w:color w:val="3B54A5"/>
          <w:w w:val="85"/>
          <w:sz w:val="20"/>
          <w:szCs w:val="20"/>
          <w:lang w:val="el-GR"/>
        </w:rPr>
      </w:pPr>
      <w:r w:rsidRPr="00121798">
        <w:rPr>
          <w:rFonts w:ascii="Verdana" w:hAnsi="Verdana"/>
          <w:bCs/>
          <w:color w:val="3B54A5"/>
          <w:w w:val="85"/>
          <w:sz w:val="20"/>
          <w:szCs w:val="20"/>
          <w:lang w:val="el-GR"/>
        </w:rPr>
        <w:t>Η εφαρμογή της λύσης, η διαδικασία και τα αναμενόμενα αποτελέσματα</w:t>
      </w:r>
    </w:p>
    <w:p w14:paraId="08094E34" w14:textId="77777777" w:rsidR="00121798" w:rsidRPr="00121798" w:rsidRDefault="00505135" w:rsidP="00121798">
      <w:pPr>
        <w:spacing w:before="120"/>
        <w:rPr>
          <w:rFonts w:ascii="Verdana" w:hAnsi="Verdana"/>
          <w:b/>
          <w:color w:val="3B54A5"/>
          <w:w w:val="85"/>
          <w:sz w:val="20"/>
          <w:szCs w:val="20"/>
          <w:lang w:val="el-GR"/>
        </w:rPr>
      </w:pP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17.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5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5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-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18.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20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  <w:lang w:val="el-GR"/>
        </w:rPr>
        <w:t>|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  <w:lang w:val="el-GR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  <w:lang w:val="el-GR"/>
        </w:rPr>
        <w:t>Πώς μπορούν να συμβάλουν οι επισκέπτες, οι τουριστικές επιχειρήσεις και η τοπική κοινωνία</w:t>
      </w:r>
    </w:p>
    <w:p w14:paraId="23A2C105" w14:textId="647E09F9" w:rsidR="00505135" w:rsidRPr="00121798" w:rsidRDefault="00121798" w:rsidP="00121798">
      <w:pPr>
        <w:spacing w:before="120"/>
        <w:rPr>
          <w:rFonts w:ascii="Verdana" w:hAnsi="Verdana"/>
          <w:bCs/>
          <w:color w:val="3B54A5"/>
          <w:sz w:val="20"/>
          <w:szCs w:val="20"/>
          <w:lang w:val="el-GR"/>
        </w:rPr>
      </w:pPr>
      <w:r w:rsidRPr="00121798">
        <w:rPr>
          <w:rFonts w:ascii="Verdana" w:hAnsi="Verdana"/>
          <w:bCs/>
          <w:color w:val="3B54A5"/>
          <w:w w:val="85"/>
          <w:sz w:val="20"/>
          <w:szCs w:val="20"/>
          <w:lang w:val="el-GR"/>
        </w:rPr>
        <w:t>Παρουσίαση του Σχεδίου Μάρκετινγκ και Επικοινωνίας για την Κλιματική Δράση</w:t>
      </w:r>
      <w:r w:rsidR="00505135" w:rsidRPr="00121798">
        <w:rPr>
          <w:rFonts w:ascii="Verdana" w:hAnsi="Verdana" w:hint="eastAsia"/>
          <w:bCs/>
          <w:color w:val="3B54A5"/>
          <w:w w:val="85"/>
          <w:sz w:val="20"/>
          <w:szCs w:val="20"/>
          <w:lang w:val="el-GR"/>
        </w:rPr>
        <w:t xml:space="preserve"> </w:t>
      </w:r>
    </w:p>
    <w:p w14:paraId="1DFE9535" w14:textId="1E3BE30E" w:rsidR="00505135" w:rsidRPr="00121798" w:rsidRDefault="00505135" w:rsidP="00505135">
      <w:pPr>
        <w:spacing w:before="120"/>
        <w:rPr>
          <w:rFonts w:ascii="Verdana" w:hAnsi="Verdana"/>
          <w:b/>
          <w:color w:val="3B54A5"/>
          <w:w w:val="85"/>
          <w:sz w:val="20"/>
          <w:szCs w:val="20"/>
        </w:rPr>
      </w:pP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18.</w:t>
      </w:r>
      <w:r w:rsidR="00121798" w:rsidRPr="00332C58">
        <w:rPr>
          <w:rFonts w:ascii="Verdana" w:hAnsi="Verdana"/>
          <w:b/>
          <w:color w:val="D694AB"/>
          <w:w w:val="85"/>
          <w:sz w:val="20"/>
          <w:szCs w:val="20"/>
        </w:rPr>
        <w:t>2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-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19.00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</w:rPr>
        <w:t xml:space="preserve"> </w:t>
      </w:r>
      <w:r w:rsidRPr="00332C58">
        <w:rPr>
          <w:rFonts w:ascii="Verdana" w:hAnsi="Verdana"/>
          <w:b/>
          <w:color w:val="D694AB"/>
          <w:w w:val="85"/>
          <w:sz w:val="20"/>
          <w:szCs w:val="20"/>
        </w:rPr>
        <w:t>|</w:t>
      </w:r>
      <w:r w:rsidRPr="00332C58">
        <w:rPr>
          <w:rFonts w:ascii="Verdana" w:hAnsi="Verdana"/>
          <w:b/>
          <w:color w:val="D694AB"/>
          <w:spacing w:val="-2"/>
          <w:w w:val="85"/>
          <w:sz w:val="20"/>
          <w:szCs w:val="20"/>
        </w:rPr>
        <w:t xml:space="preserve"> </w:t>
      </w:r>
      <w:r w:rsidR="00121798" w:rsidRPr="00121798">
        <w:rPr>
          <w:rFonts w:ascii="Verdana" w:hAnsi="Verdana"/>
          <w:b/>
          <w:color w:val="3B54A5"/>
          <w:w w:val="85"/>
          <w:sz w:val="20"/>
          <w:szCs w:val="20"/>
        </w:rPr>
        <w:t>Ανοιχτή συζήτηση</w:t>
      </w:r>
      <w:r w:rsidR="00CE36A8" w:rsidRPr="00121798">
        <w:rPr>
          <w:rFonts w:ascii="Verdana" w:hAnsi="Verdana"/>
          <w:b/>
          <w:color w:val="3B54A5"/>
          <w:w w:val="85"/>
          <w:sz w:val="20"/>
          <w:szCs w:val="20"/>
        </w:rPr>
        <w:t>| Networking</w:t>
      </w:r>
    </w:p>
    <w:p w14:paraId="30152E56" w14:textId="77777777" w:rsidR="00505135" w:rsidRPr="00505135" w:rsidRDefault="00505135" w:rsidP="00505135">
      <w:pPr>
        <w:spacing w:before="120"/>
        <w:rPr>
          <w:rFonts w:ascii="Verdana" w:hAnsi="Verdana"/>
          <w:bCs/>
          <w:color w:val="3B54A5"/>
          <w:w w:val="85"/>
          <w:sz w:val="20"/>
          <w:szCs w:val="20"/>
        </w:rPr>
      </w:pPr>
    </w:p>
    <w:p w14:paraId="28E96D77" w14:textId="47F76012" w:rsidR="00505135" w:rsidRPr="00121798" w:rsidRDefault="00121798" w:rsidP="00121798">
      <w:pPr>
        <w:spacing w:before="120"/>
        <w:jc w:val="center"/>
        <w:rPr>
          <w:rFonts w:ascii="Verdana" w:hAnsi="Verdana"/>
          <w:b/>
          <w:color w:val="D694AB"/>
          <w:sz w:val="20"/>
          <w:szCs w:val="20"/>
          <w:lang w:val="el-GR"/>
        </w:rPr>
      </w:pPr>
      <w:r w:rsidRPr="00121798">
        <w:rPr>
          <w:rFonts w:ascii="Verdana" w:hAnsi="Verdana"/>
          <w:b/>
          <w:color w:val="D694AB"/>
          <w:sz w:val="20"/>
          <w:szCs w:val="20"/>
          <w:lang w:val="el-GR"/>
        </w:rPr>
        <w:t xml:space="preserve">Μετά την ολοκλήρωση της εκδήλωσης, οι συμμετέχοντες προσκαλούνται να συνεχίσουν την εμπειρία τους στο </w:t>
      </w:r>
      <w:r w:rsidRPr="00121798">
        <w:rPr>
          <w:rFonts w:ascii="Verdana" w:hAnsi="Verdana"/>
          <w:b/>
          <w:color w:val="D694AB"/>
          <w:sz w:val="20"/>
          <w:szCs w:val="20"/>
        </w:rPr>
        <w:t>Sitia</w:t>
      </w:r>
      <w:r w:rsidRPr="00121798">
        <w:rPr>
          <w:rFonts w:ascii="Verdana" w:hAnsi="Verdana"/>
          <w:b/>
          <w:color w:val="D694AB"/>
          <w:sz w:val="20"/>
          <w:szCs w:val="20"/>
          <w:lang w:val="el-GR"/>
        </w:rPr>
        <w:t xml:space="preserve"> </w:t>
      </w:r>
      <w:r w:rsidRPr="00121798">
        <w:rPr>
          <w:rFonts w:ascii="Verdana" w:hAnsi="Verdana"/>
          <w:b/>
          <w:color w:val="D694AB"/>
          <w:sz w:val="20"/>
          <w:szCs w:val="20"/>
        </w:rPr>
        <w:t>Geo</w:t>
      </w:r>
      <w:r w:rsidRPr="00121798">
        <w:rPr>
          <w:rFonts w:ascii="Verdana" w:hAnsi="Verdana"/>
          <w:b/>
          <w:color w:val="D694AB"/>
          <w:sz w:val="20"/>
          <w:szCs w:val="20"/>
          <w:lang w:val="el-GR"/>
        </w:rPr>
        <w:t xml:space="preserve"> </w:t>
      </w:r>
      <w:r w:rsidRPr="00121798">
        <w:rPr>
          <w:rFonts w:ascii="Verdana" w:hAnsi="Verdana"/>
          <w:b/>
          <w:color w:val="D694AB"/>
          <w:sz w:val="20"/>
          <w:szCs w:val="20"/>
        </w:rPr>
        <w:t>Festival</w:t>
      </w:r>
      <w:r w:rsidRPr="00121798">
        <w:rPr>
          <w:rFonts w:ascii="Verdana" w:hAnsi="Verdana"/>
          <w:b/>
          <w:color w:val="D694AB"/>
          <w:sz w:val="20"/>
          <w:szCs w:val="20"/>
          <w:lang w:val="el-GR"/>
        </w:rPr>
        <w:t>, στην κεντρική πλατεία της Σητείας.</w:t>
      </w:r>
    </w:p>
    <w:sectPr w:rsidR="00505135" w:rsidRPr="00121798" w:rsidSect="001217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E2BA4" w14:textId="77777777" w:rsidR="00415EF6" w:rsidRDefault="00415EF6" w:rsidP="00EF54CB">
      <w:pPr>
        <w:spacing w:after="0" w:line="240" w:lineRule="auto"/>
      </w:pPr>
      <w:r>
        <w:separator/>
      </w:r>
    </w:p>
  </w:endnote>
  <w:endnote w:type="continuationSeparator" w:id="0">
    <w:p w14:paraId="4DA1186D" w14:textId="77777777" w:rsidR="00415EF6" w:rsidRDefault="00415EF6" w:rsidP="00EF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78B6B" w14:textId="77777777" w:rsidR="00415EF6" w:rsidRDefault="00415EF6" w:rsidP="00EF54CB">
      <w:pPr>
        <w:spacing w:after="0" w:line="240" w:lineRule="auto"/>
      </w:pPr>
      <w:r>
        <w:separator/>
      </w:r>
    </w:p>
  </w:footnote>
  <w:footnote w:type="continuationSeparator" w:id="0">
    <w:p w14:paraId="49B49A38" w14:textId="77777777" w:rsidR="00415EF6" w:rsidRDefault="00415EF6" w:rsidP="00EF5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085396"/>
    <w:multiLevelType w:val="hybridMultilevel"/>
    <w:tmpl w:val="D046A066"/>
    <w:lvl w:ilvl="0" w:tplc="023292FA">
      <w:numFmt w:val="bullet"/>
      <w:lvlText w:val="●"/>
      <w:lvlJc w:val="left"/>
      <w:pPr>
        <w:ind w:left="1571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3B54A5"/>
        <w:spacing w:val="0"/>
        <w:w w:val="100"/>
        <w:sz w:val="17"/>
        <w:szCs w:val="17"/>
        <w:lang w:val="en-US" w:eastAsia="en-US" w:bidi="ar-SA"/>
      </w:rPr>
    </w:lvl>
    <w:lvl w:ilvl="1" w:tplc="014ABC3C">
      <w:numFmt w:val="bullet"/>
      <w:lvlText w:val="○"/>
      <w:lvlJc w:val="left"/>
      <w:pPr>
        <w:ind w:left="2261" w:hanging="360"/>
      </w:pPr>
      <w:rPr>
        <w:rFonts w:ascii="Tahoma" w:eastAsia="Tahoma" w:hAnsi="Tahoma" w:cs="Tahoma" w:hint="default"/>
        <w:spacing w:val="0"/>
        <w:w w:val="100"/>
        <w:lang w:val="en-US" w:eastAsia="en-US" w:bidi="ar-SA"/>
      </w:rPr>
    </w:lvl>
    <w:lvl w:ilvl="2" w:tplc="C2D63948">
      <w:numFmt w:val="bullet"/>
      <w:lvlText w:val="•"/>
      <w:lvlJc w:val="left"/>
      <w:pPr>
        <w:ind w:left="3238" w:hanging="360"/>
      </w:pPr>
      <w:rPr>
        <w:rFonts w:hint="default"/>
        <w:lang w:val="en-US" w:eastAsia="en-US" w:bidi="ar-SA"/>
      </w:rPr>
    </w:lvl>
    <w:lvl w:ilvl="3" w:tplc="0CF0B928">
      <w:numFmt w:val="bullet"/>
      <w:lvlText w:val="•"/>
      <w:lvlJc w:val="left"/>
      <w:pPr>
        <w:ind w:left="4217" w:hanging="360"/>
      </w:pPr>
      <w:rPr>
        <w:rFonts w:hint="default"/>
        <w:lang w:val="en-US" w:eastAsia="en-US" w:bidi="ar-SA"/>
      </w:rPr>
    </w:lvl>
    <w:lvl w:ilvl="4" w:tplc="CE8E9A34">
      <w:numFmt w:val="bullet"/>
      <w:lvlText w:val="•"/>
      <w:lvlJc w:val="left"/>
      <w:pPr>
        <w:ind w:left="5196" w:hanging="360"/>
      </w:pPr>
      <w:rPr>
        <w:rFonts w:hint="default"/>
        <w:lang w:val="en-US" w:eastAsia="en-US" w:bidi="ar-SA"/>
      </w:rPr>
    </w:lvl>
    <w:lvl w:ilvl="5" w:tplc="3F40DB96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6" w:tplc="A53C6B58">
      <w:numFmt w:val="bullet"/>
      <w:lvlText w:val="•"/>
      <w:lvlJc w:val="left"/>
      <w:pPr>
        <w:ind w:left="7154" w:hanging="360"/>
      </w:pPr>
      <w:rPr>
        <w:rFonts w:hint="default"/>
        <w:lang w:val="en-US" w:eastAsia="en-US" w:bidi="ar-SA"/>
      </w:rPr>
    </w:lvl>
    <w:lvl w:ilvl="7" w:tplc="7B14389C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  <w:lvl w:ilvl="8" w:tplc="17FA56D0">
      <w:numFmt w:val="bullet"/>
      <w:lvlText w:val="•"/>
      <w:lvlJc w:val="left"/>
      <w:pPr>
        <w:ind w:left="911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58126B6"/>
    <w:multiLevelType w:val="hybridMultilevel"/>
    <w:tmpl w:val="B0B6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7E0"/>
    <w:rsid w:val="00121798"/>
    <w:rsid w:val="0015074B"/>
    <w:rsid w:val="0029639D"/>
    <w:rsid w:val="002F4E09"/>
    <w:rsid w:val="00326F90"/>
    <w:rsid w:val="00332C58"/>
    <w:rsid w:val="003574C1"/>
    <w:rsid w:val="00415EF6"/>
    <w:rsid w:val="0045515E"/>
    <w:rsid w:val="00505135"/>
    <w:rsid w:val="00540A81"/>
    <w:rsid w:val="0061169A"/>
    <w:rsid w:val="00990167"/>
    <w:rsid w:val="00AA1D8D"/>
    <w:rsid w:val="00B47730"/>
    <w:rsid w:val="00C74916"/>
    <w:rsid w:val="00CB0664"/>
    <w:rsid w:val="00CC7D38"/>
    <w:rsid w:val="00CE36A8"/>
    <w:rsid w:val="00D82AAE"/>
    <w:rsid w:val="00DA12C3"/>
    <w:rsid w:val="00E31108"/>
    <w:rsid w:val="00E973AE"/>
    <w:rsid w:val="00EF54CB"/>
    <w:rsid w:val="00F04DE3"/>
    <w:rsid w:val="00F73332"/>
    <w:rsid w:val="00F76DAA"/>
    <w:rsid w:val="00FC693F"/>
    <w:rsid w:val="00F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E39EE"/>
  <w14:defaultImageDpi w14:val="300"/>
  <w15:docId w15:val="{532A8214-3018-4FCC-BA15-450BB268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05135"/>
    <w:rPr>
      <w:rFonts w:ascii="Aptos" w:hAnsi="Aptos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a1"/>
    <w:rsid w:val="00455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Web">
    <w:name w:val="Normal (Web)"/>
    <w:basedOn w:val="a1"/>
    <w:uiPriority w:val="99"/>
    <w:semiHidden/>
    <w:unhideWhenUsed/>
    <w:rsid w:val="00455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2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D252D5-231B-4667-A3B9-7B0ED6E3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Χρήστης των Windows</cp:lastModifiedBy>
  <cp:revision>5</cp:revision>
  <dcterms:created xsi:type="dcterms:W3CDTF">2026-09-16T05:17:00Z</dcterms:created>
  <dcterms:modified xsi:type="dcterms:W3CDTF">2026-09-16T06:40:00Z</dcterms:modified>
  <cp:category/>
</cp:coreProperties>
</file>